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BB040" w14:textId="6800F65D" w:rsidR="00594DE8" w:rsidRDefault="0054389A" w:rsidP="0054389A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43035789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JAVNI POZIV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vlasniku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>/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vlasnicima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poljoprivrednog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zemljišta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radi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uređenja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prava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korištenja</w:t>
      </w:r>
      <w:proofErr w:type="spellEnd"/>
      <w:r w:rsidRPr="0054389A">
        <w:rPr>
          <w:rFonts w:ascii="Times New Roman" w:hAnsi="Times New Roman" w:cs="Times New Roman"/>
          <w:b/>
          <w:bCs/>
          <w:sz w:val="26"/>
          <w:szCs w:val="26"/>
        </w:rPr>
        <w:t xml:space="preserve"> u ARKOD </w:t>
      </w:r>
      <w:proofErr w:type="spellStart"/>
      <w:r w:rsidRPr="0054389A">
        <w:rPr>
          <w:rFonts w:ascii="Times New Roman" w:hAnsi="Times New Roman" w:cs="Times New Roman"/>
          <w:b/>
          <w:bCs/>
          <w:sz w:val="26"/>
          <w:szCs w:val="26"/>
        </w:rPr>
        <w:t>sustavu</w:t>
      </w:r>
      <w:proofErr w:type="spellEnd"/>
    </w:p>
    <w:p w14:paraId="6AD55E73" w14:textId="77777777" w:rsidR="0054389A" w:rsidRDefault="0054389A" w:rsidP="005438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0C8B3D" w14:textId="177B28B5" w:rsidR="00B402C6" w:rsidRPr="00594DE8" w:rsidRDefault="00000000" w:rsidP="005438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DE8">
        <w:rPr>
          <w:rFonts w:ascii="Times New Roman" w:hAnsi="Times New Roman" w:cs="Times New Roman"/>
          <w:sz w:val="24"/>
          <w:szCs w:val="24"/>
        </w:rPr>
        <w:t>Ja, _______________________</w:t>
      </w:r>
      <w:r w:rsidR="00594DE8" w:rsidRPr="00594DE8">
        <w:rPr>
          <w:rFonts w:ascii="Times New Roman" w:hAnsi="Times New Roman" w:cs="Times New Roman"/>
          <w:sz w:val="24"/>
          <w:szCs w:val="24"/>
        </w:rPr>
        <w:t>__</w:t>
      </w:r>
      <w:r w:rsidR="0054389A">
        <w:rPr>
          <w:rFonts w:ascii="Times New Roman" w:hAnsi="Times New Roman" w:cs="Times New Roman"/>
          <w:sz w:val="24"/>
          <w:szCs w:val="24"/>
        </w:rPr>
        <w:t>__</w:t>
      </w:r>
      <w:r w:rsidR="00594DE8" w:rsidRPr="00594DE8">
        <w:rPr>
          <w:rFonts w:ascii="Times New Roman" w:hAnsi="Times New Roman" w:cs="Times New Roman"/>
          <w:sz w:val="24"/>
          <w:szCs w:val="24"/>
        </w:rPr>
        <w:t>__</w:t>
      </w:r>
      <w:r w:rsidRPr="00594DE8">
        <w:rPr>
          <w:rFonts w:ascii="Times New Roman" w:hAnsi="Times New Roman" w:cs="Times New Roman"/>
          <w:sz w:val="24"/>
          <w:szCs w:val="24"/>
        </w:rPr>
        <w:t>_</w:t>
      </w:r>
      <w:r w:rsidR="00594DE8" w:rsidRPr="00594DE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r w:rsidR="00594DE8" w:rsidRPr="00594DE8">
        <w:rPr>
          <w:rFonts w:ascii="Times New Roman" w:hAnsi="Times New Roman" w:cs="Times New Roman"/>
          <w:sz w:val="24"/>
          <w:szCs w:val="24"/>
        </w:rPr>
        <w:t>____</w:t>
      </w:r>
      <w:r w:rsidR="0054389A">
        <w:rPr>
          <w:rFonts w:ascii="Times New Roman" w:hAnsi="Times New Roman" w:cs="Times New Roman"/>
          <w:sz w:val="24"/>
          <w:szCs w:val="24"/>
        </w:rPr>
        <w:t>____</w:t>
      </w:r>
      <w:r w:rsidR="00594DE8" w:rsidRPr="00594DE8">
        <w:rPr>
          <w:rFonts w:ascii="Times New Roman" w:hAnsi="Times New Roman" w:cs="Times New Roman"/>
          <w:sz w:val="24"/>
          <w:szCs w:val="24"/>
        </w:rPr>
        <w:t>_______________</w:t>
      </w:r>
      <w:r w:rsidR="0054389A">
        <w:rPr>
          <w:rFonts w:ascii="Times New Roman" w:hAnsi="Times New Roman" w:cs="Times New Roman"/>
          <w:sz w:val="24"/>
          <w:szCs w:val="24"/>
        </w:rPr>
        <w:t>______</w:t>
      </w:r>
      <w:r w:rsidR="00594DE8" w:rsidRPr="00594DE8">
        <w:rPr>
          <w:rFonts w:ascii="Times New Roman" w:hAnsi="Times New Roman" w:cs="Times New Roman"/>
          <w:sz w:val="24"/>
          <w:szCs w:val="24"/>
        </w:rPr>
        <w:t>____</w:t>
      </w:r>
      <w:r w:rsidRPr="00594DE8">
        <w:rPr>
          <w:rFonts w:ascii="Times New Roman" w:hAnsi="Times New Roman" w:cs="Times New Roman"/>
          <w:sz w:val="24"/>
          <w:szCs w:val="24"/>
        </w:rPr>
        <w:t>___</w:t>
      </w:r>
      <w:r w:rsidR="00594DE8" w:rsidRPr="00594DE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94DE8" w:rsidRPr="00594DE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594DE8" w:rsidRPr="00594DE8">
        <w:rPr>
          <w:rFonts w:ascii="Times New Roman" w:hAnsi="Times New Roman" w:cs="Times New Roman"/>
          <w:sz w:val="24"/>
          <w:szCs w:val="24"/>
        </w:rPr>
        <w:t>)</w:t>
      </w:r>
      <w:r w:rsidRPr="00594DE8">
        <w:rPr>
          <w:rFonts w:ascii="Times New Roman" w:hAnsi="Times New Roman" w:cs="Times New Roman"/>
          <w:sz w:val="24"/>
          <w:szCs w:val="24"/>
        </w:rPr>
        <w:t>, OIB</w:t>
      </w:r>
      <w:r w:rsidR="0054389A">
        <w:rPr>
          <w:rFonts w:ascii="Times New Roman" w:hAnsi="Times New Roman" w:cs="Times New Roman"/>
          <w:sz w:val="24"/>
          <w:szCs w:val="24"/>
        </w:rPr>
        <w:t>: ________________</w:t>
      </w:r>
      <w:r w:rsidRPr="00594DE8">
        <w:rPr>
          <w:rFonts w:ascii="Times New Roman" w:hAnsi="Times New Roman" w:cs="Times New Roman"/>
          <w:sz w:val="24"/>
          <w:szCs w:val="24"/>
        </w:rPr>
        <w:t>,</w:t>
      </w:r>
      <w:r w:rsidR="005438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nositelj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član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poljoprivrednog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gospodarstva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__________________</w:t>
      </w:r>
      <w:r w:rsidR="00594DE8" w:rsidRPr="00594DE8">
        <w:rPr>
          <w:rFonts w:ascii="Times New Roman" w:hAnsi="Times New Roman" w:cs="Times New Roman"/>
          <w:sz w:val="24"/>
          <w:szCs w:val="24"/>
        </w:rPr>
        <w:t>___</w:t>
      </w:r>
      <w:r w:rsidRPr="00594DE8">
        <w:rPr>
          <w:rFonts w:ascii="Times New Roman" w:hAnsi="Times New Roman" w:cs="Times New Roman"/>
          <w:sz w:val="24"/>
          <w:szCs w:val="24"/>
        </w:rPr>
        <w:t xml:space="preserve">_ </w:t>
      </w:r>
      <w:r w:rsidR="0054389A">
        <w:rPr>
          <w:rFonts w:ascii="Times New Roman" w:hAnsi="Times New Roman" w:cs="Times New Roman"/>
          <w:sz w:val="24"/>
          <w:szCs w:val="24"/>
        </w:rPr>
        <w:t>_______________________</w:t>
      </w:r>
      <w:proofErr w:type="gramStart"/>
      <w:r w:rsidR="0054389A">
        <w:rPr>
          <w:rFonts w:ascii="Times New Roman" w:hAnsi="Times New Roman" w:cs="Times New Roman"/>
          <w:sz w:val="24"/>
          <w:szCs w:val="24"/>
        </w:rPr>
        <w:t>_</w:t>
      </w:r>
      <w:r w:rsidRPr="00594DE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94DE8">
        <w:rPr>
          <w:rFonts w:ascii="Times New Roman" w:hAnsi="Times New Roman" w:cs="Times New Roman"/>
          <w:sz w:val="24"/>
          <w:szCs w:val="24"/>
        </w:rPr>
        <w:t>Naziv OPG-a/SOPG-a/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Tvrtke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), MIBPG: ______</w:t>
      </w:r>
      <w:r w:rsidR="00594DE8" w:rsidRPr="00594DE8">
        <w:rPr>
          <w:rFonts w:ascii="Times New Roman" w:hAnsi="Times New Roman" w:cs="Times New Roman"/>
          <w:sz w:val="24"/>
          <w:szCs w:val="24"/>
        </w:rPr>
        <w:t>________</w:t>
      </w:r>
      <w:r w:rsidRPr="00594DE8">
        <w:rPr>
          <w:rFonts w:ascii="Times New Roman" w:hAnsi="Times New Roman" w:cs="Times New Roman"/>
          <w:sz w:val="24"/>
          <w:szCs w:val="24"/>
        </w:rPr>
        <w:t xml:space="preserve">______,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upućujem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poziv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vlasnicima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niže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navedenih katastarskih čestica.</w:t>
      </w:r>
    </w:p>
    <w:p w14:paraId="35464CEF" w14:textId="77777777" w:rsidR="00B402C6" w:rsidRDefault="00000000" w:rsidP="00594DE8">
      <w:pPr>
        <w:jc w:val="both"/>
        <w:rPr>
          <w:rFonts w:ascii="Times New Roman" w:hAnsi="Times New Roman" w:cs="Times New Roman"/>
          <w:sz w:val="24"/>
          <w:szCs w:val="24"/>
        </w:rPr>
      </w:pPr>
      <w:r w:rsidRPr="00594DE8">
        <w:rPr>
          <w:rFonts w:ascii="Times New Roman" w:hAnsi="Times New Roman" w:cs="Times New Roman"/>
          <w:sz w:val="24"/>
          <w:szCs w:val="24"/>
        </w:rPr>
        <w:t xml:space="preserve">Na predmetnom poljoprivrednom zemljištu redovito provodim poljoprivrednu aktivnost te je isto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upisano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u ARKOD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sustav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.</w:t>
      </w:r>
    </w:p>
    <w:p w14:paraId="10452CAE" w14:textId="77777777" w:rsidR="0054389A" w:rsidRPr="00594DE8" w:rsidRDefault="0054389A" w:rsidP="00594DE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023DA2" w14:textId="77777777" w:rsidR="00B402C6" w:rsidRDefault="00000000">
      <w:pPr>
        <w:pStyle w:val="Naslov2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Podaci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 xml:space="preserve"> o </w:t>
      </w: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predmetnom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zemljištu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1CF41D64" w14:textId="77777777" w:rsidR="00594DE8" w:rsidRDefault="00594DE8" w:rsidP="00594DE8"/>
    <w:p w14:paraId="28030B9D" w14:textId="62BD645E" w:rsidR="00594DE8" w:rsidRDefault="00594DE8" w:rsidP="00594DE8">
      <w:r>
        <w:t xml:space="preserve">k.č.br. ____________________________________ </w:t>
      </w:r>
      <w:proofErr w:type="spellStart"/>
      <w:r>
        <w:t>k.o.</w:t>
      </w:r>
      <w:proofErr w:type="spellEnd"/>
      <w:r>
        <w:t xml:space="preserve"> _______________________________________</w:t>
      </w:r>
    </w:p>
    <w:p w14:paraId="0679FA22" w14:textId="77777777" w:rsidR="00594DE8" w:rsidRPr="00594DE8" w:rsidRDefault="00594DE8" w:rsidP="00594DE8">
      <w:r>
        <w:t xml:space="preserve">k.č.br. ____________________________________ </w:t>
      </w:r>
      <w:proofErr w:type="spellStart"/>
      <w:r>
        <w:t>k.o.</w:t>
      </w:r>
      <w:proofErr w:type="spellEnd"/>
      <w:r>
        <w:t xml:space="preserve"> _______________________________________</w:t>
      </w:r>
    </w:p>
    <w:p w14:paraId="107DABFE" w14:textId="77777777" w:rsidR="00594DE8" w:rsidRPr="00594DE8" w:rsidRDefault="00594DE8" w:rsidP="00594DE8">
      <w:r>
        <w:t xml:space="preserve">k.č.br. ____________________________________ </w:t>
      </w:r>
      <w:proofErr w:type="spellStart"/>
      <w:r>
        <w:t>k.o.</w:t>
      </w:r>
      <w:proofErr w:type="spellEnd"/>
      <w:r>
        <w:t xml:space="preserve"> _______________________________________</w:t>
      </w:r>
    </w:p>
    <w:p w14:paraId="403BE73F" w14:textId="77777777" w:rsidR="00594DE8" w:rsidRPr="00594DE8" w:rsidRDefault="00594DE8" w:rsidP="00594DE8">
      <w:r>
        <w:t xml:space="preserve">k.č.br. ____________________________________ </w:t>
      </w:r>
      <w:proofErr w:type="spellStart"/>
      <w:r>
        <w:t>k.o.</w:t>
      </w:r>
      <w:proofErr w:type="spellEnd"/>
      <w:r>
        <w:t xml:space="preserve"> _______________________________________</w:t>
      </w:r>
    </w:p>
    <w:p w14:paraId="5A527E0B" w14:textId="552329A9" w:rsidR="00B402C6" w:rsidRPr="00594DE8" w:rsidRDefault="00000000" w:rsidP="00594DE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4DE8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pozivam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vlasnika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vlasnike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u svrhu sklapanja ugovora o zakupu ili drugog propisanog ugovora u skladu s odredbama pravilnika koji uređuje evidenciju poljoprivrednog zemljišta.</w:t>
      </w:r>
    </w:p>
    <w:p w14:paraId="1BEE80A7" w14:textId="27CA5066" w:rsidR="0054389A" w:rsidRDefault="00000000" w:rsidP="0054389A">
      <w:pPr>
        <w:jc w:val="both"/>
        <w:rPr>
          <w:rFonts w:ascii="Times New Roman" w:hAnsi="Times New Roman" w:cs="Times New Roman"/>
          <w:sz w:val="24"/>
          <w:szCs w:val="24"/>
        </w:rPr>
      </w:pPr>
      <w:r w:rsidRPr="00594DE8">
        <w:rPr>
          <w:rFonts w:ascii="Times New Roman" w:hAnsi="Times New Roman" w:cs="Times New Roman"/>
          <w:sz w:val="24"/>
          <w:szCs w:val="24"/>
        </w:rPr>
        <w:t xml:space="preserve">Molim vlasnika/vlasnike ili osobe koje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imaju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saznanja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vlasni</w:t>
      </w:r>
      <w:r w:rsidR="00594DE8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vlasnicima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navedenog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poljoprivrednog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jave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uspostavljanja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kontakta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reguliranja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DE8">
        <w:rPr>
          <w:rFonts w:ascii="Times New Roman" w:hAnsi="Times New Roman" w:cs="Times New Roman"/>
          <w:sz w:val="24"/>
          <w:szCs w:val="24"/>
        </w:rPr>
        <w:t>korištenja</w:t>
      </w:r>
      <w:proofErr w:type="spellEnd"/>
      <w:r w:rsidR="00594DE8">
        <w:rPr>
          <w:rFonts w:ascii="Times New Roman" w:hAnsi="Times New Roman" w:cs="Times New Roman"/>
          <w:sz w:val="24"/>
          <w:szCs w:val="24"/>
        </w:rPr>
        <w:t>.</w:t>
      </w:r>
    </w:p>
    <w:p w14:paraId="6E040726" w14:textId="48CFBE1E" w:rsidR="00B402C6" w:rsidRDefault="00000000">
      <w:pPr>
        <w:pStyle w:val="Naslov2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Kontakt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podaci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594DE8">
        <w:rPr>
          <w:rFonts w:ascii="Times New Roman" w:hAnsi="Times New Roman" w:cs="Times New Roman"/>
          <w:color w:val="auto"/>
          <w:sz w:val="24"/>
          <w:szCs w:val="24"/>
        </w:rPr>
        <w:t>poljoprivrednika</w:t>
      </w:r>
      <w:proofErr w:type="spellEnd"/>
      <w:r w:rsidRPr="00594DE8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656E5751" w14:textId="77777777" w:rsidR="00594DE8" w:rsidRPr="00594DE8" w:rsidRDefault="00594DE8" w:rsidP="00594DE8"/>
    <w:p w14:paraId="2B9325A2" w14:textId="6D5BBEC7" w:rsidR="00B402C6" w:rsidRPr="00594DE8" w:rsidRDefault="00000000" w:rsidP="005438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94DE8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Mobitel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: ________________________</w:t>
      </w:r>
      <w:r w:rsidRPr="00594DE8">
        <w:rPr>
          <w:rFonts w:ascii="Times New Roman" w:hAnsi="Times New Roman" w:cs="Times New Roman"/>
          <w:sz w:val="24"/>
          <w:szCs w:val="24"/>
        </w:rPr>
        <w:br/>
        <w:t>E-mail: _________________</w:t>
      </w:r>
      <w:r w:rsidR="00594DE8">
        <w:rPr>
          <w:rFonts w:ascii="Times New Roman" w:hAnsi="Times New Roman" w:cs="Times New Roman"/>
          <w:sz w:val="24"/>
          <w:szCs w:val="24"/>
        </w:rPr>
        <w:t>________</w:t>
      </w:r>
      <w:r w:rsidRPr="00594DE8">
        <w:rPr>
          <w:rFonts w:ascii="Times New Roman" w:hAnsi="Times New Roman" w:cs="Times New Roman"/>
          <w:sz w:val="24"/>
          <w:szCs w:val="24"/>
        </w:rPr>
        <w:t>_______</w:t>
      </w:r>
      <w:r w:rsidRPr="00594DE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poštu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: ________________________</w:t>
      </w:r>
    </w:p>
    <w:p w14:paraId="47176FD3" w14:textId="2C08B6D4" w:rsidR="00B402C6" w:rsidRPr="00594DE8" w:rsidRDefault="00000000" w:rsidP="00594D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4DE8">
        <w:rPr>
          <w:rFonts w:ascii="Times New Roman" w:hAnsi="Times New Roman" w:cs="Times New Roman"/>
          <w:sz w:val="24"/>
          <w:szCs w:val="24"/>
        </w:rPr>
        <w:br/>
        <w:t xml:space="preserve">U __________________, dana _____________ </w:t>
      </w:r>
      <w:proofErr w:type="spellStart"/>
      <w:r w:rsidRPr="00594DE8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594DE8">
        <w:rPr>
          <w:rFonts w:ascii="Times New Roman" w:hAnsi="Times New Roman" w:cs="Times New Roman"/>
          <w:sz w:val="24"/>
          <w:szCs w:val="24"/>
        </w:rPr>
        <w:t>.</w:t>
      </w:r>
      <w:r w:rsidR="00594DE8">
        <w:rPr>
          <w:rFonts w:ascii="Times New Roman" w:hAnsi="Times New Roman" w:cs="Times New Roman"/>
          <w:sz w:val="24"/>
          <w:szCs w:val="24"/>
        </w:rPr>
        <w:t xml:space="preserve">        _______________________</w:t>
      </w:r>
    </w:p>
    <w:p w14:paraId="6929BF6D" w14:textId="6F8650D5" w:rsidR="00B402C6" w:rsidRPr="00594DE8" w:rsidRDefault="00594DE8" w:rsidP="00594D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potpis</w:t>
      </w:r>
      <w:bookmarkEnd w:id="0"/>
      <w:proofErr w:type="spellEnd"/>
    </w:p>
    <w:sectPr w:rsidR="00B402C6" w:rsidRPr="00594DE8" w:rsidSect="0054389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35497" w14:textId="77777777" w:rsidR="0068604C" w:rsidRDefault="0068604C" w:rsidP="0054389A">
      <w:pPr>
        <w:spacing w:after="0" w:line="240" w:lineRule="auto"/>
      </w:pPr>
      <w:r>
        <w:separator/>
      </w:r>
    </w:p>
  </w:endnote>
  <w:endnote w:type="continuationSeparator" w:id="0">
    <w:p w14:paraId="0E496F63" w14:textId="77777777" w:rsidR="0068604C" w:rsidRDefault="0068604C" w:rsidP="0054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E93F" w14:textId="77777777" w:rsidR="0068604C" w:rsidRDefault="0068604C" w:rsidP="0054389A">
      <w:pPr>
        <w:spacing w:after="0" w:line="240" w:lineRule="auto"/>
      </w:pPr>
      <w:r>
        <w:separator/>
      </w:r>
    </w:p>
  </w:footnote>
  <w:footnote w:type="continuationSeparator" w:id="0">
    <w:p w14:paraId="3BC544E8" w14:textId="77777777" w:rsidR="0068604C" w:rsidRDefault="0068604C" w:rsidP="0054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3867902">
    <w:abstractNumId w:val="8"/>
  </w:num>
  <w:num w:numId="2" w16cid:durableId="798382220">
    <w:abstractNumId w:val="6"/>
  </w:num>
  <w:num w:numId="3" w16cid:durableId="1940596929">
    <w:abstractNumId w:val="5"/>
  </w:num>
  <w:num w:numId="4" w16cid:durableId="1975911577">
    <w:abstractNumId w:val="4"/>
  </w:num>
  <w:num w:numId="5" w16cid:durableId="1590626339">
    <w:abstractNumId w:val="7"/>
  </w:num>
  <w:num w:numId="6" w16cid:durableId="1801613362">
    <w:abstractNumId w:val="3"/>
  </w:num>
  <w:num w:numId="7" w16cid:durableId="264533786">
    <w:abstractNumId w:val="2"/>
  </w:num>
  <w:num w:numId="8" w16cid:durableId="595018838">
    <w:abstractNumId w:val="1"/>
  </w:num>
  <w:num w:numId="9" w16cid:durableId="1141459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5755"/>
    <w:rsid w:val="00453C52"/>
    <w:rsid w:val="0054389A"/>
    <w:rsid w:val="00594DE8"/>
    <w:rsid w:val="0068604C"/>
    <w:rsid w:val="00AA1D8D"/>
    <w:rsid w:val="00B402C6"/>
    <w:rsid w:val="00B47730"/>
    <w:rsid w:val="00CB0664"/>
    <w:rsid w:val="00D404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BBBA9"/>
  <w14:defaultImageDpi w14:val="300"/>
  <w15:docId w15:val="{E03A305D-6B4E-49D5-BA51-DB80DD3A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4</cp:revision>
  <cp:lastPrinted>2026-10-16T07:39:00Z</cp:lastPrinted>
  <dcterms:created xsi:type="dcterms:W3CDTF">2026-10-12T12:07:00Z</dcterms:created>
  <dcterms:modified xsi:type="dcterms:W3CDTF">2026-10-16T07:39:00Z</dcterms:modified>
  <cp:category/>
</cp:coreProperties>
</file>